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pPr>
      <w:r>
        <w:rPr>
          <w:lang w:val="de-DE"/>
        </w:rPr>
      </w:r>
      <w:r>
        <w:rPr>
          <w:shd w:fill="FFF2CC"/>
          <w:lang w:val="de-DE"/>
        </w:rPr>
        <w:t>[Vorname Nachname]</w:t>
      </w:r>
      <w:r>
        <w:rPr>
          <w:lang w:val="de-DE"/>
        </w:rPr>
        <w:br/>
      </w:r>
      <w:r>
        <w:rPr>
          <w:shd w:fill="FFF2CC"/>
          <w:lang w:val="de-DE"/>
        </w:rPr>
        <w:t>[Straße und Hausnummer]</w:t>
      </w:r>
      <w:r>
        <w:rPr>
          <w:lang w:val="de-DE"/>
        </w:rPr>
        <w:br/>
      </w:r>
      <w:r>
        <w:rPr>
          <w:shd w:fill="FFF2CC"/>
          <w:lang w:val="de-DE"/>
        </w:rPr>
        <w:t>[Postleitzahl Ort Land]</w:t>
      </w:r>
      <w:r>
        <w:rPr>
          <w:lang w:val="de-DE"/>
        </w:rPr>
        <w:br/>
      </w:r>
      <w:r>
        <w:rPr>
          <w:shd w:fill="FFF2CC"/>
          <w:lang w:val="de-DE"/>
        </w:rPr>
        <w:t>[Telefon mit Ländervorwahl]</w:t>
      </w:r>
      <w:r>
        <w:rPr>
          <w:lang w:val="de-DE"/>
        </w:rPr>
        <w:t xml:space="preserve"> · </w:t>
      </w:r>
      <w:r>
        <w:rPr>
          <w:shd w:fill="FFF2CC"/>
          <w:lang w:val="de-DE"/>
        </w:rPr>
        <w:t>[E-Mail-Adresse]</w:t>
      </w:r>
      <w:r>
        <w:rPr>
          <w:lang w:val="de-DE"/>
        </w:rPr>
      </w:r>
    </w:p>
    <w:p>
      <w:pPr>
        <w:spacing w:after="160"/>
      </w:pPr>
      <w:r>
        <w:rPr>
          <w:lang w:val="de-DE"/>
        </w:rPr>
      </w:r>
      <w:r>
        <w:rPr>
          <w:shd w:fill="FFF2CC"/>
          <w:lang w:val="de-DE"/>
        </w:rPr>
        <w:t>[Name des Unternehmens]</w:t>
      </w:r>
      <w:r>
        <w:rPr>
          <w:lang w:val="de-DE"/>
        </w:rPr>
        <w:br/>
      </w:r>
      <w:r>
        <w:rPr>
          <w:shd w:fill="FFF2CC"/>
          <w:lang w:val="de-DE"/>
        </w:rPr>
        <w:t>[Ansprechperson]</w:t>
      </w:r>
      <w:r>
        <w:rPr>
          <w:lang w:val="de-DE"/>
        </w:rPr>
        <w:br/>
      </w:r>
      <w:r>
        <w:rPr>
          <w:shd w:fill="FFF2CC"/>
          <w:lang w:val="de-DE"/>
        </w:rPr>
        <w:t>[Straße und Hausnummer]</w:t>
      </w:r>
      <w:r>
        <w:rPr>
          <w:lang w:val="de-DE"/>
        </w:rPr>
        <w:br/>
      </w:r>
      <w:r>
        <w:rPr>
          <w:shd w:fill="FFF2CC"/>
          <w:lang w:val="de-DE"/>
        </w:rPr>
        <w:t>[Postleitzahl Ort]</w:t>
      </w:r>
      <w:r>
        <w:rPr>
          <w:lang w:val="de-DE"/>
        </w:rPr>
      </w:r>
    </w:p>
    <w:p>
      <w:pPr>
        <w:spacing w:after="320"/>
        <w:jc w:val="right"/>
      </w:pPr>
      <w:r>
        <w:rPr>
          <w:lang w:val="de-DE"/>
        </w:rPr>
      </w:r>
      <w:r>
        <w:rPr>
          <w:shd w:fill="FFF2CC"/>
          <w:lang w:val="de-DE"/>
        </w:rPr>
        <w:t>[Ort]</w:t>
      </w:r>
      <w:r>
        <w:rPr>
          <w:lang w:val="de-DE"/>
        </w:rPr>
        <w:t xml:space="preserve">, </w:t>
      </w:r>
      <w:r>
        <w:rPr>
          <w:shd w:fill="FFF2CC"/>
          <w:lang w:val="de-DE"/>
        </w:rPr>
        <w:t>[Versanddatum]</w:t>
      </w:r>
      <w:r>
        <w:rPr>
          <w:lang w:val="de-DE"/>
        </w:rPr>
      </w:r>
    </w:p>
    <w:p>
      <w:pPr>
        <w:pStyle w:val="Title"/>
      </w:pPr>
      <w:r>
        <w:rPr>
          <w:lang w:val="de-DE"/>
        </w:rPr>
        <w:t>Bewerbung als Erzieherin</w:t>
      </w:r>
    </w:p>
    <w:p>
      <w:pPr>
        <w:spacing w:after="280"/>
      </w:pPr>
      <w:r>
        <w:rPr>
          <w:lang w:val="de-DE"/>
        </w:rPr>
      </w:r>
      <w:r>
        <w:rPr>
          <w:shd w:fill="FFF2CC"/>
          <w:lang w:val="de-DE"/>
        </w:rPr>
        <w:t>[Kennziffer oder Referenznummer falls vorhanden]</w:t>
      </w:r>
      <w:r>
        <w:rPr>
          <w:lang w:val="de-DE"/>
        </w:rPr>
      </w:r>
    </w:p>
    <w:p>
      <w:pPr>
        <w:keepNext/>
      </w:pPr>
      <w:r>
        <w:rPr>
          <w:lang w:val="de-DE"/>
        </w:rPr>
        <w:t xml:space="preserve">Sehr geehrte Frau </w:t>
      </w:r>
      <w:r>
        <w:rPr>
          <w:shd w:fill="FFF2CC"/>
          <w:lang w:val="de-DE"/>
        </w:rPr>
        <w:t>[Nachname]</w:t>
      </w:r>
      <w:r>
        <w:rPr>
          <w:lang w:val="de-DE"/>
        </w:rPr>
        <w:t>,</w:t>
      </w:r>
    </w:p>
    <w:p>
      <w:r>
        <w:rPr>
          <w:lang w:val="de-DE"/>
        </w:rPr>
        <w:t xml:space="preserve">als Erzieherin mit Erfahrung in polnischen und deutschen Kindertageseinrichtungen bewerbe ich mich um die ausgeschriebene Stelle in Ihrer Kita. Meine in Polen erworbene Berufsqualifikation wurde in </w:t>
      </w:r>
      <w:r>
        <w:rPr>
          <w:shd w:fill="FFF2CC"/>
          <w:lang w:val="de-DE"/>
        </w:rPr>
        <w:t>[Bundesland]</w:t>
      </w:r>
      <w:r>
        <w:rPr>
          <w:lang w:val="de-DE"/>
        </w:rPr>
        <w:t xml:space="preserve"> als </w:t>
      </w:r>
      <w:r>
        <w:rPr>
          <w:shd w:fill="FFF2CC"/>
          <w:lang w:val="de-DE"/>
        </w:rPr>
        <w:t>[genaue Bezeichnung laut Bescheid]</w:t>
      </w:r>
      <w:r>
        <w:rPr>
          <w:lang w:val="de-DE"/>
        </w:rPr>
        <w:t xml:space="preserve"> anerkannt.</w:t>
      </w:r>
    </w:p>
    <w:p>
      <w:r>
        <w:rPr>
          <w:lang w:val="de-DE"/>
        </w:rPr>
        <w:t xml:space="preserve">Ich habe mit Kindern im Alter von </w:t>
      </w:r>
      <w:r>
        <w:rPr>
          <w:shd w:fill="FFF2CC"/>
          <w:lang w:val="de-DE"/>
        </w:rPr>
        <w:t>[Alter]</w:t>
      </w:r>
      <w:r>
        <w:rPr>
          <w:lang w:val="de-DE"/>
        </w:rPr>
        <w:t xml:space="preserve"> gearbeitet. Zu meinen Aufgaben gehörten die Planung pädagogischer Angebote, die Beobachtung der kindlichen Entwicklung und der Austausch mit Eltern. Besonders wichtig ist mir, Kinder in ihrer Selbstständigkeit zu stärken und auf ihre individuellen Bedürfnisse einzugehen.</w:t>
      </w:r>
    </w:p>
    <w:p>
      <w:r>
        <w:rPr>
          <w:lang w:val="de-DE"/>
        </w:rPr>
        <w:t xml:space="preserve">In </w:t>
      </w:r>
      <w:r>
        <w:rPr>
          <w:shd w:fill="FFF2CC"/>
          <w:lang w:val="de-DE"/>
        </w:rPr>
        <w:t>[Einrichtung]</w:t>
      </w:r>
      <w:r>
        <w:rPr>
          <w:lang w:val="de-DE"/>
        </w:rPr>
        <w:t xml:space="preserve"> habe ich vom </w:t>
      </w:r>
      <w:r>
        <w:rPr>
          <w:shd w:fill="FFF2CC"/>
          <w:lang w:val="de-DE"/>
        </w:rPr>
        <w:t>[Datum]</w:t>
      </w:r>
      <w:r>
        <w:rPr>
          <w:lang w:val="de-DE"/>
        </w:rPr>
        <w:t xml:space="preserve"> bis zum </w:t>
      </w:r>
      <w:r>
        <w:rPr>
          <w:shd w:fill="FFF2CC"/>
          <w:lang w:val="de-DE"/>
        </w:rPr>
        <w:t>[Datum]</w:t>
      </w:r>
      <w:r>
        <w:rPr>
          <w:lang w:val="de-DE"/>
        </w:rPr>
        <w:t xml:space="preserve"> ein Praktikum absolviert und die Arbeit in einer altersgemischten Gruppe kennengelernt. Im Team bringe ich eigene Ideen ein, bespreche Beobachtungen und bilde mich regelmäßig weiter.</w:t>
      </w:r>
    </w:p>
    <w:p>
      <w:pPr>
        <w:keepNext/>
      </w:pPr>
      <w:r>
        <w:rPr>
          <w:lang w:val="de-DE"/>
        </w:rPr>
        <w:t xml:space="preserve">An Ihrer Einrichtung interessiert mich </w:t>
      </w:r>
      <w:r>
        <w:rPr>
          <w:shd w:fill="FFF2CC"/>
          <w:lang w:val="de-DE"/>
        </w:rPr>
        <w:t>[pädagogischer Schwerpunkt]</w:t>
      </w:r>
      <w:r>
        <w:rPr>
          <w:lang w:val="de-DE"/>
        </w:rPr>
        <w:t xml:space="preserve">. Ab dem </w:t>
      </w:r>
      <w:r>
        <w:rPr>
          <w:shd w:fill="FFF2CC"/>
          <w:lang w:val="de-DE"/>
        </w:rPr>
        <w:t>[Datum]</w:t>
      </w:r>
      <w:r>
        <w:rPr>
          <w:lang w:val="de-DE"/>
        </w:rPr>
        <w:t xml:space="preserve"> bin ich verfügbar. Über eine Einladung zum Gespräch freue ich mich.</w:t>
      </w:r>
    </w:p>
    <w:p>
      <w:pPr>
        <w:keepLines/>
        <w:spacing w:before="120"/>
      </w:pPr>
      <w:r>
        <w:rPr>
          <w:lang w:val="de-DE"/>
        </w:rPr>
        <w:t>Mit freundlichen Grüßen</w:t>
        <w:br/>
        <w:br/>
      </w:r>
      <w:r>
        <w:rPr>
          <w:shd w:fill="FFF2CC"/>
          <w:lang w:val="de-DE"/>
        </w:rPr>
        <w:t>[Vorname Nachname]</w:t>
      </w:r>
      <w:r>
        <w:rPr>
          <w:lang w:val="de-DE"/>
        </w:rPr>
      </w:r>
    </w:p>
    <w:sectPr w:rsidR="00FC693F" w:rsidRPr="0006063C" w:rsidSect="00034616">
      <w:pgSz w:w="11906" w:h="16838"/>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6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before="0"/>
      <w:contextualSpacing/>
    </w:pPr>
    <w:rPr>
      <w:rFonts w:asciiTheme="majorHAnsi" w:eastAsiaTheme="majorEastAsia" w:hAnsiTheme="majorHAnsi" w:cstheme="majorBidi" w:ascii="Arial" w:hAnsi="Arial"/>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Bewerbung als Erzieherin</dc:title>
  <dc:subject>Praca w przedszkolu</dc:subject>
  <dc:creator>Dojczland.info</dc:creator>
  <cp:keywords>Anschreiben Bewerbung Muster Vorlage Deutsch</cp:keywords>
  <dc:description/>
  <cp:lastModifiedBy>Dojczland.info</cp:lastModifiedBy>
  <cp:revision>1</cp:revision>
  <dcterms:created xsi:type="dcterms:W3CDTF">2013-12-23T23:15:00Z</dcterms:created>
  <dcterms:modified xsi:type="dcterms:W3CDTF">2013-12-23T23:15:00Z</dcterms:modified>
  <cp:category/>
</cp:coreProperties>
</file>