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lang w:val="de-DE"/>
        </w:rPr>
      </w:r>
      <w:r>
        <w:rPr>
          <w:shd w:fill="FFF2CC"/>
          <w:lang w:val="de-DE"/>
        </w:rPr>
        <w:t>[Vorname Nachname]</w:t>
      </w:r>
      <w:r>
        <w:rPr>
          <w:lang w:val="de-DE"/>
        </w:rPr>
        <w:br/>
      </w:r>
      <w:r>
        <w:rPr>
          <w:shd w:fill="FFF2CC"/>
          <w:lang w:val="de-DE"/>
        </w:rPr>
        <w:t>[Straße und Hausnummer]</w:t>
      </w:r>
      <w:r>
        <w:rPr>
          <w:lang w:val="de-DE"/>
        </w:rPr>
        <w:br/>
      </w:r>
      <w:r>
        <w:rPr>
          <w:shd w:fill="FFF2CC"/>
          <w:lang w:val="de-DE"/>
        </w:rPr>
        <w:t>[Postleitzahl Ort Land]</w:t>
      </w:r>
      <w:r>
        <w:rPr>
          <w:lang w:val="de-DE"/>
        </w:rPr>
        <w:br/>
      </w:r>
      <w:r>
        <w:rPr>
          <w:shd w:fill="FFF2CC"/>
          <w:lang w:val="de-DE"/>
        </w:rPr>
        <w:t>[Telefon mit Ländervorwahl]</w:t>
      </w:r>
      <w:r>
        <w:rPr>
          <w:lang w:val="de-DE"/>
        </w:rPr>
        <w:t xml:space="preserve"> · </w:t>
      </w:r>
      <w:r>
        <w:rPr>
          <w:shd w:fill="FFF2CC"/>
          <w:lang w:val="de-DE"/>
        </w:rPr>
        <w:t>[E-Mail-Adresse]</w:t>
      </w:r>
      <w:r>
        <w:rPr>
          <w:lang w:val="de-DE"/>
        </w:rPr>
      </w:r>
    </w:p>
    <w:p>
      <w:pPr>
        <w:spacing w:after="160"/>
      </w:pPr>
      <w:r>
        <w:rPr>
          <w:lang w:val="de-DE"/>
        </w:rPr>
      </w:r>
      <w:r>
        <w:rPr>
          <w:shd w:fill="FFF2CC"/>
          <w:lang w:val="de-DE"/>
        </w:rPr>
        <w:t>[Name des Unternehmens]</w:t>
      </w:r>
      <w:r>
        <w:rPr>
          <w:lang w:val="de-DE"/>
        </w:rPr>
        <w:br/>
      </w:r>
      <w:r>
        <w:rPr>
          <w:shd w:fill="FFF2CC"/>
          <w:lang w:val="de-DE"/>
        </w:rPr>
        <w:t>[Ansprechperson]</w:t>
      </w:r>
      <w:r>
        <w:rPr>
          <w:lang w:val="de-DE"/>
        </w:rPr>
        <w:br/>
      </w:r>
      <w:r>
        <w:rPr>
          <w:shd w:fill="FFF2CC"/>
          <w:lang w:val="de-DE"/>
        </w:rPr>
        <w:t>[Straße und Hausnummer]</w:t>
      </w:r>
      <w:r>
        <w:rPr>
          <w:lang w:val="de-DE"/>
        </w:rPr>
        <w:br/>
      </w:r>
      <w:r>
        <w:rPr>
          <w:shd w:fill="FFF2CC"/>
          <w:lang w:val="de-DE"/>
        </w:rPr>
        <w:t>[Postleitzahl Ort]</w:t>
      </w:r>
      <w:r>
        <w:rPr>
          <w:lang w:val="de-DE"/>
        </w:rPr>
      </w:r>
    </w:p>
    <w:p>
      <w:pPr>
        <w:spacing w:after="320"/>
        <w:jc w:val="right"/>
      </w:pPr>
      <w:r>
        <w:rPr>
          <w:lang w:val="de-DE"/>
        </w:rPr>
      </w:r>
      <w:r>
        <w:rPr>
          <w:shd w:fill="FFF2CC"/>
          <w:lang w:val="de-DE"/>
        </w:rPr>
        <w:t>[Ort]</w:t>
      </w:r>
      <w:r>
        <w:rPr>
          <w:lang w:val="de-DE"/>
        </w:rPr>
        <w:t xml:space="preserve">, </w:t>
      </w:r>
      <w:r>
        <w:rPr>
          <w:shd w:fill="FFF2CC"/>
          <w:lang w:val="de-DE"/>
        </w:rPr>
        <w:t>[Versanddatum]</w:t>
      </w:r>
      <w:r>
        <w:rPr>
          <w:lang w:val="de-DE"/>
        </w:rPr>
      </w:r>
    </w:p>
    <w:p>
      <w:pPr>
        <w:pStyle w:val="Title"/>
      </w:pPr>
      <w:r>
        <w:rPr>
          <w:lang w:val="de-DE"/>
        </w:rPr>
        <w:t>Bewerbung als PHP-Entwickler</w:t>
      </w:r>
    </w:p>
    <w:p>
      <w:pPr>
        <w:spacing w:after="280"/>
      </w:pPr>
      <w:r>
        <w:rPr>
          <w:lang w:val="de-DE"/>
        </w:rPr>
      </w:r>
      <w:r>
        <w:rPr>
          <w:shd w:fill="FFF2CC"/>
          <w:lang w:val="de-DE"/>
        </w:rPr>
        <w:t>[Kennziffer oder Referenznummer falls vorhanden]</w:t>
      </w:r>
      <w:r>
        <w:rPr>
          <w:lang w:val="de-DE"/>
        </w:rPr>
      </w:r>
    </w:p>
    <w:p>
      <w:pPr>
        <w:keepNext/>
      </w:pPr>
      <w:r>
        <w:rPr>
          <w:lang w:val="de-DE"/>
        </w:rPr>
        <w:t xml:space="preserve">Sehr geehrter Herr </w:t>
      </w:r>
      <w:r>
        <w:rPr>
          <w:shd w:fill="FFF2CC"/>
          <w:lang w:val="de-DE"/>
        </w:rPr>
        <w:t>[Nachname]</w:t>
      </w:r>
      <w:r>
        <w:rPr>
          <w:lang w:val="de-DE"/>
        </w:rPr>
        <w:t>,</w:t>
      </w:r>
    </w:p>
    <w:p>
      <w:r>
        <w:rPr>
          <w:lang w:val="de-DE"/>
        </w:rPr>
        <w:t xml:space="preserve">als PHP-Entwickler mit Erfahrung in </w:t>
      </w:r>
      <w:r>
        <w:rPr>
          <w:shd w:fill="FFF2CC"/>
          <w:lang w:val="de-DE"/>
        </w:rPr>
        <w:t>[Bereich]</w:t>
      </w:r>
      <w:r>
        <w:rPr>
          <w:lang w:val="de-DE"/>
        </w:rPr>
        <w:t xml:space="preserve"> möchte ich Ihr Team bei </w:t>
      </w:r>
      <w:r>
        <w:rPr>
          <w:shd w:fill="FFF2CC"/>
          <w:lang w:val="de-DE"/>
        </w:rPr>
        <w:t>[Aufgabe aus der Stellenanzeige]</w:t>
      </w:r>
      <w:r>
        <w:rPr>
          <w:lang w:val="de-DE"/>
        </w:rPr>
        <w:t xml:space="preserve"> unterstützen.</w:t>
      </w:r>
    </w:p>
    <w:p>
      <w:r>
        <w:rPr>
          <w:lang w:val="de-DE"/>
        </w:rPr>
        <w:t xml:space="preserve">Zurzeit arbeite ich bei </w:t>
      </w:r>
      <w:r>
        <w:rPr>
          <w:shd w:fill="FFF2CC"/>
          <w:lang w:val="de-DE"/>
        </w:rPr>
        <w:t>[Unternehmen]</w:t>
      </w:r>
      <w:r>
        <w:rPr>
          <w:lang w:val="de-DE"/>
        </w:rPr>
        <w:t xml:space="preserve">. Dort entwickle ich </w:t>
      </w:r>
      <w:r>
        <w:rPr>
          <w:shd w:fill="FFF2CC"/>
          <w:lang w:val="de-DE"/>
        </w:rPr>
        <w:t>[Anwendungen]</w:t>
      </w:r>
      <w:r>
        <w:rPr>
          <w:lang w:val="de-DE"/>
        </w:rPr>
        <w:t xml:space="preserve"> und betreue einen OXID-Shop. Zu meinen Aufgaben gehören die PHP-Programmierung, die Arbeit mit MySQL sowie die Anpassung von Templates mit HTML und CSS. Bei </w:t>
      </w:r>
      <w:r>
        <w:rPr>
          <w:shd w:fill="FFF2CC"/>
          <w:lang w:val="de-DE"/>
        </w:rPr>
        <w:t>[Projekt]</w:t>
      </w:r>
      <w:r>
        <w:rPr>
          <w:lang w:val="de-DE"/>
        </w:rPr>
        <w:t xml:space="preserve"> habe ich </w:t>
      </w:r>
      <w:r>
        <w:rPr>
          <w:shd w:fill="FFF2CC"/>
          <w:lang w:val="de-DE"/>
        </w:rPr>
        <w:t>[nachweisbares Ergebnis]</w:t>
      </w:r>
      <w:r>
        <w:rPr>
          <w:lang w:val="de-DE"/>
        </w:rPr>
        <w:t xml:space="preserve"> erreicht.</w:t>
      </w:r>
    </w:p>
    <w:p>
      <w:r>
        <w:rPr>
          <w:lang w:val="de-DE"/>
        </w:rPr>
        <w:t xml:space="preserve">An Ihrer Stelle interessiert mich besonders </w:t>
      </w:r>
      <w:r>
        <w:rPr>
          <w:shd w:fill="FFF2CC"/>
          <w:lang w:val="de-DE"/>
        </w:rPr>
        <w:t>[konkrete Aufgabe oder Technologie]</w:t>
      </w:r>
      <w:r>
        <w:rPr>
          <w:lang w:val="de-DE"/>
        </w:rPr>
        <w:t xml:space="preserve">. Meine Kenntnisse möchte ich einbringen und im Bereich </w:t>
      </w:r>
      <w:r>
        <w:rPr>
          <w:shd w:fill="FFF2CC"/>
          <w:lang w:val="de-DE"/>
        </w:rPr>
        <w:t>[Bereich]</w:t>
      </w:r>
      <w:r>
        <w:rPr>
          <w:lang w:val="de-DE"/>
        </w:rPr>
        <w:t xml:space="preserve"> weiterentwickeln. Arbeitsproben finden Sie unter </w:t>
      </w:r>
      <w:r>
        <w:rPr>
          <w:shd w:fill="FFF2CC"/>
          <w:lang w:val="de-DE"/>
        </w:rPr>
        <w:t>[Portfolio-Link]</w:t>
      </w:r>
      <w:r>
        <w:rPr>
          <w:lang w:val="de-DE"/>
        </w:rPr>
        <w:t>.</w:t>
      </w:r>
    </w:p>
    <w:p>
      <w:pPr>
        <w:keepNext/>
      </w:pPr>
      <w:r>
        <w:rPr>
          <w:lang w:val="de-DE"/>
        </w:rPr>
        <w:t xml:space="preserve">Mein frühestmöglicher Eintrittstermin ist der </w:t>
      </w:r>
      <w:r>
        <w:rPr>
          <w:shd w:fill="FFF2CC"/>
          <w:lang w:val="de-DE"/>
        </w:rPr>
        <w:t>[Datum]</w:t>
      </w:r>
      <w:r>
        <w:rPr>
          <w:lang w:val="de-DE"/>
        </w:rPr>
        <w:t>. Über ein persönliches Gespräch freue ich mich.</w:t>
      </w:r>
    </w:p>
    <w:p>
      <w:pPr>
        <w:keepLines/>
        <w:spacing w:before="120"/>
      </w:pPr>
      <w:r>
        <w:rPr>
          <w:lang w:val="de-DE"/>
        </w:rPr>
        <w:t>Mit freundlichen Grüßen</w:t>
        <w:br/>
        <w:br/>
      </w:r>
      <w:r>
        <w:rPr>
          <w:shd w:fill="FFF2CC"/>
          <w:lang w:val="de-DE"/>
        </w:rPr>
        <w:t>[Vorname Nachname]</w:t>
      </w:r>
      <w:r>
        <w:rPr>
          <w:lang w:val="de-DE"/>
        </w:rPr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 als PHP-Entwickler</dc:title>
  <dc:subject>Programista PHP</dc:subject>
  <dc:creator>Dojczland.info</dc:creator>
  <cp:keywords>Anschreiben Bewerbung Muster Vorlage Deutsch</cp:keywords>
  <dc:description/>
  <cp:lastModifiedBy>Dojczland.info</cp:lastModifiedBy>
  <cp:revision>1</cp:revision>
  <dcterms:created xsi:type="dcterms:W3CDTF">2013-12-23T23:15:00Z</dcterms:created>
  <dcterms:modified xsi:type="dcterms:W3CDTF">2013-12-23T23:15:00Z</dcterms:modified>
  <cp:category/>
</cp:coreProperties>
</file>