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</w:pPr>
      <w:r>
        <w:rPr>
          <w:lang w:val="de-DE"/>
        </w:rPr>
      </w:r>
      <w:r>
        <w:rPr>
          <w:shd w:fill="FFF2CC"/>
          <w:lang w:val="de-DE"/>
        </w:rPr>
        <w:t>[Vorname Nachname]</w:t>
      </w:r>
      <w:r>
        <w:rPr>
          <w:lang w:val="de-DE"/>
        </w:rPr>
        <w:br/>
      </w:r>
      <w:r>
        <w:rPr>
          <w:shd w:fill="FFF2CC"/>
          <w:lang w:val="de-DE"/>
        </w:rPr>
        <w:t>[Straße und Hausnummer]</w:t>
      </w:r>
      <w:r>
        <w:rPr>
          <w:lang w:val="de-DE"/>
        </w:rPr>
        <w:br/>
      </w:r>
      <w:r>
        <w:rPr>
          <w:shd w:fill="FFF2CC"/>
          <w:lang w:val="de-DE"/>
        </w:rPr>
        <w:t>[Postleitzahl Ort Land]</w:t>
      </w:r>
      <w:r>
        <w:rPr>
          <w:lang w:val="de-DE"/>
        </w:rPr>
        <w:br/>
      </w:r>
      <w:r>
        <w:rPr>
          <w:shd w:fill="FFF2CC"/>
          <w:lang w:val="de-DE"/>
        </w:rPr>
        <w:t>[Telefon mit Ländervorwahl]</w:t>
      </w:r>
      <w:r>
        <w:rPr>
          <w:lang w:val="de-DE"/>
        </w:rPr>
        <w:t xml:space="preserve"> · </w:t>
      </w:r>
      <w:r>
        <w:rPr>
          <w:shd w:fill="FFF2CC"/>
          <w:lang w:val="de-DE"/>
        </w:rPr>
        <w:t>[E-Mail-Adresse]</w:t>
      </w:r>
      <w:r>
        <w:rPr>
          <w:lang w:val="de-DE"/>
        </w:rPr>
      </w:r>
    </w:p>
    <w:p>
      <w:pPr>
        <w:spacing w:after="160"/>
      </w:pPr>
      <w:r>
        <w:rPr>
          <w:lang w:val="de-DE"/>
        </w:rPr>
      </w:r>
      <w:r>
        <w:rPr>
          <w:shd w:fill="FFF2CC"/>
          <w:lang w:val="de-DE"/>
        </w:rPr>
        <w:t>[Name des Unternehmens]</w:t>
      </w:r>
      <w:r>
        <w:rPr>
          <w:lang w:val="de-DE"/>
        </w:rPr>
        <w:br/>
      </w:r>
      <w:r>
        <w:rPr>
          <w:shd w:fill="FFF2CC"/>
          <w:lang w:val="de-DE"/>
        </w:rPr>
        <w:t>[Ansprechperson]</w:t>
      </w:r>
      <w:r>
        <w:rPr>
          <w:lang w:val="de-DE"/>
        </w:rPr>
        <w:br/>
      </w:r>
      <w:r>
        <w:rPr>
          <w:shd w:fill="FFF2CC"/>
          <w:lang w:val="de-DE"/>
        </w:rPr>
        <w:t>[Straße und Hausnummer]</w:t>
      </w:r>
      <w:r>
        <w:rPr>
          <w:lang w:val="de-DE"/>
        </w:rPr>
        <w:br/>
      </w:r>
      <w:r>
        <w:rPr>
          <w:shd w:fill="FFF2CC"/>
          <w:lang w:val="de-DE"/>
        </w:rPr>
        <w:t>[Postleitzahl Ort]</w:t>
      </w:r>
      <w:r>
        <w:rPr>
          <w:lang w:val="de-DE"/>
        </w:rPr>
      </w:r>
    </w:p>
    <w:p>
      <w:pPr>
        <w:spacing w:after="320"/>
        <w:jc w:val="right"/>
      </w:pPr>
      <w:r>
        <w:rPr>
          <w:lang w:val="de-DE"/>
        </w:rPr>
      </w:r>
      <w:r>
        <w:rPr>
          <w:shd w:fill="FFF2CC"/>
          <w:lang w:val="de-DE"/>
        </w:rPr>
        <w:t>[Ort]</w:t>
      </w:r>
      <w:r>
        <w:rPr>
          <w:lang w:val="de-DE"/>
        </w:rPr>
        <w:t xml:space="preserve">, </w:t>
      </w:r>
      <w:r>
        <w:rPr>
          <w:shd w:fill="FFF2CC"/>
          <w:lang w:val="de-DE"/>
        </w:rPr>
        <w:t>[Versanddatum]</w:t>
      </w:r>
      <w:r>
        <w:rPr>
          <w:lang w:val="de-DE"/>
        </w:rPr>
      </w:r>
    </w:p>
    <w:p>
      <w:pPr>
        <w:pStyle w:val="Title"/>
      </w:pPr>
      <w:r>
        <w:rPr>
          <w:lang w:val="de-DE"/>
        </w:rPr>
        <w:t>Bewerbung als Produktionsmitarbeiter</w:t>
      </w:r>
    </w:p>
    <w:p>
      <w:pPr>
        <w:spacing w:after="280"/>
      </w:pPr>
      <w:r>
        <w:rPr>
          <w:lang w:val="de-DE"/>
        </w:rPr>
      </w:r>
      <w:r>
        <w:rPr>
          <w:shd w:fill="FFF2CC"/>
          <w:lang w:val="de-DE"/>
        </w:rPr>
        <w:t>[Kennziffer oder Referenznummer falls vorhanden]</w:t>
      </w:r>
      <w:r>
        <w:rPr>
          <w:lang w:val="de-DE"/>
        </w:rPr>
      </w:r>
    </w:p>
    <w:p>
      <w:pPr>
        <w:keepNext/>
      </w:pPr>
      <w:r>
        <w:rPr>
          <w:lang w:val="de-DE"/>
        </w:rPr>
        <w:t xml:space="preserve">Sehr geehrte Frau </w:t>
      </w:r>
      <w:r>
        <w:rPr>
          <w:shd w:fill="FFF2CC"/>
          <w:lang w:val="de-DE"/>
        </w:rPr>
        <w:t>[Nachname]</w:t>
      </w:r>
      <w:r>
        <w:rPr>
          <w:lang w:val="de-DE"/>
        </w:rPr>
        <w:t>,</w:t>
      </w:r>
    </w:p>
    <w:p>
      <w:r>
        <w:rPr>
          <w:lang w:val="de-DE"/>
        </w:rPr>
        <w:t xml:space="preserve">die ausgeschriebene Stelle als Produktionsmitarbeiter passt zu meiner Erfahrung in </w:t>
      </w:r>
      <w:r>
        <w:rPr>
          <w:shd w:fill="FFF2CC"/>
          <w:lang w:val="de-DE"/>
        </w:rPr>
        <w:t>[Bereich]</w:t>
      </w:r>
      <w:r>
        <w:rPr>
          <w:lang w:val="de-DE"/>
        </w:rPr>
        <w:t xml:space="preserve">. In meiner bisherigen Tätigkeit habe ich </w:t>
      </w:r>
      <w:r>
        <w:rPr>
          <w:shd w:fill="FFF2CC"/>
          <w:lang w:val="de-DE"/>
        </w:rPr>
        <w:t>[konkrete Aufgabe]</w:t>
      </w:r>
      <w:r>
        <w:rPr>
          <w:lang w:val="de-DE"/>
        </w:rPr>
        <w:t xml:space="preserve"> übernommen.</w:t>
      </w:r>
    </w:p>
    <w:p>
      <w:r>
        <w:rPr>
          <w:lang w:val="de-DE"/>
        </w:rPr>
        <w:t xml:space="preserve">Ich arbeite sorgfältig und bin mit </w:t>
      </w:r>
      <w:r>
        <w:rPr>
          <w:shd w:fill="FFF2CC"/>
          <w:lang w:val="de-DE"/>
        </w:rPr>
        <w:t>[Maschinen oder Arbeitsabläufen]</w:t>
      </w:r>
      <w:r>
        <w:rPr>
          <w:lang w:val="de-DE"/>
        </w:rPr>
        <w:t xml:space="preserve"> vertraut. Dabei achte ich auf die vorgegebenen Qualitäts- und Sicherheitsstandards. </w:t>
      </w:r>
      <w:r>
        <w:rPr>
          <w:shd w:fill="FFF2CC"/>
          <w:lang w:val="de-DE"/>
        </w:rPr>
        <w:t>[Falls zutreffend: Ich verfüge über einen Staplerschein und Erfahrung im Lager.]</w:t>
      </w:r>
      <w:r>
        <w:rPr>
          <w:lang w:val="de-DE"/>
        </w:rPr>
      </w:r>
    </w:p>
    <w:p>
      <w:r>
        <w:rPr>
          <w:lang w:val="de-DE"/>
        </w:rPr>
        <w:t xml:space="preserve">Auf Deutsch kann ich mich auf dem Niveau </w:t>
      </w:r>
      <w:r>
        <w:rPr>
          <w:shd w:fill="FFF2CC"/>
          <w:lang w:val="de-DE"/>
        </w:rPr>
        <w:t>[Sprachniveau]</w:t>
      </w:r>
      <w:r>
        <w:rPr>
          <w:lang w:val="de-DE"/>
        </w:rPr>
        <w:t xml:space="preserve"> verständigen; meine Englischkenntnisse liegen auf dem Niveau </w:t>
      </w:r>
      <w:r>
        <w:rPr>
          <w:shd w:fill="FFF2CC"/>
          <w:lang w:val="de-DE"/>
        </w:rPr>
        <w:t>[Sprachniveau]</w:t>
      </w:r>
      <w:r>
        <w:rPr>
          <w:lang w:val="de-DE"/>
        </w:rPr>
        <w:t xml:space="preserve">. Ich bin ab dem </w:t>
      </w:r>
      <w:r>
        <w:rPr>
          <w:shd w:fill="FFF2CC"/>
          <w:lang w:val="de-DE"/>
        </w:rPr>
        <w:t>[Datum]</w:t>
      </w:r>
      <w:r>
        <w:rPr>
          <w:lang w:val="de-DE"/>
        </w:rPr>
        <w:t xml:space="preserve"> verfügbar und </w:t>
      </w:r>
      <w:r>
        <w:rPr>
          <w:shd w:fill="FFF2CC"/>
          <w:lang w:val="de-DE"/>
        </w:rPr>
        <w:t>[falls zutreffend]</w:t>
      </w:r>
      <w:r>
        <w:rPr>
          <w:lang w:val="de-DE"/>
        </w:rPr>
        <w:t xml:space="preserve"> bereit, im Schichtsystem zu arbeiten.</w:t>
      </w:r>
    </w:p>
    <w:p>
      <w:pPr>
        <w:keepNext/>
      </w:pPr>
      <w:r>
        <w:rPr>
          <w:lang w:val="de-DE"/>
        </w:rPr>
        <w:t>Über eine Einladung zum Vorstellungsgespräch freue ich mich.</w:t>
      </w:r>
    </w:p>
    <w:p>
      <w:pPr>
        <w:keepLines/>
        <w:spacing w:before="120"/>
      </w:pPr>
      <w:r>
        <w:rPr>
          <w:lang w:val="de-DE"/>
        </w:rPr>
        <w:t>Mit freundlichen Grüßen</w:t>
        <w:br/>
        <w:br/>
      </w:r>
      <w:r>
        <w:rPr>
          <w:shd w:fill="FFF2CC"/>
          <w:lang w:val="de-DE"/>
        </w:rPr>
        <w:t>[Vorname Nachname]</w:t>
      </w:r>
      <w:r>
        <w:rPr>
          <w:lang w:val="de-DE"/>
        </w:rPr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6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Bewerbung als Produktionsmitarbeiter</dc:title>
  <dc:subject>Pracownik produkcji</dc:subject>
  <dc:creator>Dojczland.info</dc:creator>
  <cp:keywords>Anschreiben Bewerbung Muster Vorlage Deutsch</cp:keywords>
  <dc:description/>
  <cp:lastModifiedBy>Dojczland.info</cp:lastModifiedBy>
  <cp:revision>1</cp:revision>
  <dcterms:created xsi:type="dcterms:W3CDTF">2013-12-23T23:15:00Z</dcterms:created>
  <dcterms:modified xsi:type="dcterms:W3CDTF">2013-12-23T23:15:00Z</dcterms:modified>
  <cp:category/>
</cp:coreProperties>
</file>