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</w:pPr>
      <w:r>
        <w:rPr>
          <w:lang w:val="de-DE"/>
        </w:rPr>
      </w:r>
      <w:r>
        <w:rPr>
          <w:shd w:fill="FFF2CC"/>
          <w:lang w:val="de-DE"/>
        </w:rPr>
        <w:t>[Vorname Nachname]</w:t>
      </w:r>
      <w:r>
        <w:rPr>
          <w:lang w:val="de-DE"/>
        </w:rPr>
        <w:br/>
      </w:r>
      <w:r>
        <w:rPr>
          <w:shd w:fill="FFF2CC"/>
          <w:lang w:val="de-DE"/>
        </w:rPr>
        <w:t>[Straße und Hausnummer]</w:t>
      </w:r>
      <w:r>
        <w:rPr>
          <w:lang w:val="de-DE"/>
        </w:rPr>
        <w:br/>
      </w:r>
      <w:r>
        <w:rPr>
          <w:shd w:fill="FFF2CC"/>
          <w:lang w:val="de-DE"/>
        </w:rPr>
        <w:t>[Postleitzahl Ort Land]</w:t>
      </w:r>
      <w:r>
        <w:rPr>
          <w:lang w:val="de-DE"/>
        </w:rPr>
        <w:br/>
      </w:r>
      <w:r>
        <w:rPr>
          <w:shd w:fill="FFF2CC"/>
          <w:lang w:val="de-DE"/>
        </w:rPr>
        <w:t>[Telefon mit Ländervorwahl]</w:t>
      </w:r>
      <w:r>
        <w:rPr>
          <w:lang w:val="de-DE"/>
        </w:rPr>
        <w:t xml:space="preserve"> · </w:t>
      </w:r>
      <w:r>
        <w:rPr>
          <w:shd w:fill="FFF2CC"/>
          <w:lang w:val="de-DE"/>
        </w:rPr>
        <w:t>[E-Mail-Adresse]</w:t>
      </w:r>
      <w:r>
        <w:rPr>
          <w:lang w:val="de-DE"/>
        </w:rPr>
      </w:r>
    </w:p>
    <w:p>
      <w:pPr>
        <w:spacing w:after="160"/>
      </w:pPr>
      <w:r>
        <w:rPr>
          <w:lang w:val="de-DE"/>
        </w:rPr>
      </w:r>
      <w:r>
        <w:rPr>
          <w:shd w:fill="FFF2CC"/>
          <w:lang w:val="de-DE"/>
        </w:rPr>
        <w:t>[Name des Unternehmens]</w:t>
      </w:r>
      <w:r>
        <w:rPr>
          <w:lang w:val="de-DE"/>
        </w:rPr>
        <w:br/>
      </w:r>
      <w:r>
        <w:rPr>
          <w:shd w:fill="FFF2CC"/>
          <w:lang w:val="de-DE"/>
        </w:rPr>
        <w:t>[Ansprechperson]</w:t>
      </w:r>
      <w:r>
        <w:rPr>
          <w:lang w:val="de-DE"/>
        </w:rPr>
        <w:br/>
      </w:r>
      <w:r>
        <w:rPr>
          <w:shd w:fill="FFF2CC"/>
          <w:lang w:val="de-DE"/>
        </w:rPr>
        <w:t>[Straße und Hausnummer]</w:t>
      </w:r>
      <w:r>
        <w:rPr>
          <w:lang w:val="de-DE"/>
        </w:rPr>
        <w:br/>
      </w:r>
      <w:r>
        <w:rPr>
          <w:shd w:fill="FFF2CC"/>
          <w:lang w:val="de-DE"/>
        </w:rPr>
        <w:t>[Postleitzahl Ort]</w:t>
      </w:r>
      <w:r>
        <w:rPr>
          <w:lang w:val="de-DE"/>
        </w:rPr>
      </w:r>
    </w:p>
    <w:p>
      <w:pPr>
        <w:spacing w:after="320"/>
        <w:jc w:val="right"/>
      </w:pPr>
      <w:r>
        <w:rPr>
          <w:lang w:val="de-DE"/>
        </w:rPr>
      </w:r>
      <w:r>
        <w:rPr>
          <w:shd w:fill="FFF2CC"/>
          <w:lang w:val="de-DE"/>
        </w:rPr>
        <w:t>[Ort]</w:t>
      </w:r>
      <w:r>
        <w:rPr>
          <w:lang w:val="de-DE"/>
        </w:rPr>
        <w:t xml:space="preserve">, </w:t>
      </w:r>
      <w:r>
        <w:rPr>
          <w:shd w:fill="FFF2CC"/>
          <w:lang w:val="de-DE"/>
        </w:rPr>
        <w:t>[Versanddatum]</w:t>
      </w:r>
      <w:r>
        <w:rPr>
          <w:lang w:val="de-DE"/>
        </w:rPr>
      </w:r>
    </w:p>
    <w:p>
      <w:pPr>
        <w:pStyle w:val="Title"/>
      </w:pPr>
      <w:r>
        <w:rPr>
          <w:lang w:val="de-DE"/>
        </w:rPr>
        <w:t>Bewerbung als Küchenhilfe</w:t>
      </w:r>
    </w:p>
    <w:p>
      <w:pPr>
        <w:spacing w:after="280"/>
      </w:pPr>
      <w:r>
        <w:rPr>
          <w:lang w:val="de-DE"/>
        </w:rPr>
      </w:r>
      <w:r>
        <w:rPr>
          <w:shd w:fill="FFF2CC"/>
          <w:lang w:val="de-DE"/>
        </w:rPr>
        <w:t>[Kennziffer oder Referenznummer falls vorhanden]</w:t>
      </w:r>
      <w:r>
        <w:rPr>
          <w:lang w:val="de-DE"/>
        </w:rPr>
      </w:r>
    </w:p>
    <w:p>
      <w:pPr>
        <w:keepNext/>
      </w:pPr>
      <w:r>
        <w:rPr>
          <w:lang w:val="de-DE"/>
        </w:rPr>
        <w:t>Sehr geehrte Damen und Herren,</w:t>
      </w:r>
    </w:p>
    <w:p>
      <w:r>
        <w:rPr>
          <w:lang w:val="de-DE"/>
        </w:rPr>
        <w:t xml:space="preserve">durch meine Erfahrung als Küchenhilfe in </w:t>
      </w:r>
      <w:r>
        <w:rPr>
          <w:shd w:fill="FFF2CC"/>
          <w:lang w:val="de-DE"/>
        </w:rPr>
        <w:t>[Betrieb, zum Beispiel elterliche Gastwirtschaft]</w:t>
      </w:r>
      <w:r>
        <w:rPr>
          <w:lang w:val="de-DE"/>
        </w:rPr>
        <w:t xml:space="preserve"> kann ich Ihr Küchenteam bei der täglichen Vorbereitung und Reinigung unterstützen.</w:t>
      </w:r>
    </w:p>
    <w:p>
      <w:r>
        <w:rPr>
          <w:lang w:val="de-DE"/>
        </w:rPr>
        <w:t xml:space="preserve">Ich habe Beilagen, Salate, Gemüse und belegte Brötchen vorbereitet. Außerdem bin ich mit der sachgerechten Lagerung von Lebensmitteln, der Reinigung von Küche und Lagerräumen sowie der Bedienung von </w:t>
      </w:r>
      <w:r>
        <w:rPr>
          <w:shd w:fill="FFF2CC"/>
          <w:lang w:val="de-DE"/>
        </w:rPr>
        <w:t>[tatsächlich bekannten Geräten]</w:t>
      </w:r>
      <w:r>
        <w:rPr>
          <w:lang w:val="de-DE"/>
        </w:rPr>
        <w:t xml:space="preserve"> vertraut.</w:t>
      </w:r>
    </w:p>
    <w:p>
      <w:r>
        <w:rPr>
          <w:lang w:val="de-DE"/>
        </w:rPr>
        <w:t xml:space="preserve">Ich arbeite auch bei hohem Gästeaufkommen ruhig und sorgfältig, halte Hygienevorgaben ein und lerne neue Abläufe gerne kennen. </w:t>
      </w:r>
      <w:r>
        <w:rPr>
          <w:shd w:fill="FFF2CC"/>
          <w:lang w:val="de-DE"/>
        </w:rPr>
        <w:t>[Falls zutreffend: Einsätze am Abend und am Wochenende sind für mich möglich.]</w:t>
      </w:r>
      <w:r>
        <w:rPr>
          <w:lang w:val="de-DE"/>
        </w:rPr>
      </w:r>
    </w:p>
    <w:p>
      <w:pPr>
        <w:keepNext/>
      </w:pPr>
      <w:r>
        <w:rPr>
          <w:lang w:val="de-DE"/>
        </w:rPr>
        <w:t xml:space="preserve">Ab dem </w:t>
      </w:r>
      <w:r>
        <w:rPr>
          <w:shd w:fill="FFF2CC"/>
          <w:lang w:val="de-DE"/>
        </w:rPr>
        <w:t>[Datum]</w:t>
      </w:r>
      <w:r>
        <w:rPr>
          <w:lang w:val="de-DE"/>
        </w:rPr>
        <w:t xml:space="preserve"> stehe ich Ihnen zur Verfügung. Gerne erläutere ich Ihnen meine Erfahrung in einem persönlichen Gespräch.</w:t>
      </w:r>
    </w:p>
    <w:p>
      <w:pPr>
        <w:keepLines/>
        <w:spacing w:before="120"/>
      </w:pPr>
      <w:r>
        <w:rPr>
          <w:lang w:val="de-DE"/>
        </w:rPr>
        <w:t>Mit freundlichen Grüßen</w:t>
        <w:br/>
        <w:br/>
      </w:r>
      <w:r>
        <w:rPr>
          <w:shd w:fill="FFF2CC"/>
          <w:lang w:val="de-DE"/>
        </w:rPr>
        <w:t>[Vorname Nachname]</w:t>
      </w:r>
      <w:r>
        <w:rPr>
          <w:lang w:val="de-DE"/>
        </w:rPr>
      </w:r>
    </w:p>
    <w:sectPr w:rsidR="00FC693F" w:rsidRPr="0006063C" w:rsidSect="00034616"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6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Bewerbung als Küchenhilfe</dc:title>
  <dc:subject>Pomoc kuchenna</dc:subject>
  <dc:creator>Dojczland.info</dc:creator>
  <cp:keywords>Anschreiben Bewerbung Muster Vorlage Deutsch</cp:keywords>
  <dc:description/>
  <cp:lastModifiedBy>Dojczland.info</cp:lastModifiedBy>
  <cp:revision>1</cp:revision>
  <dcterms:created xsi:type="dcterms:W3CDTF">2013-12-23T23:15:00Z</dcterms:created>
  <dcterms:modified xsi:type="dcterms:W3CDTF">2013-12-23T23:15:00Z</dcterms:modified>
  <cp:category/>
</cp:coreProperties>
</file>