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lang w:val="de-DE"/>
        </w:rPr>
      </w:r>
      <w:r>
        <w:rPr>
          <w:shd w:fill="FFF2CC"/>
          <w:lang w:val="de-DE"/>
        </w:rPr>
        <w:t>[Vorname Nachname]</w:t>
      </w:r>
      <w:r>
        <w:rPr>
          <w:lang w:val="de-DE"/>
        </w:rPr>
        <w:br/>
      </w:r>
      <w:r>
        <w:rPr>
          <w:shd w:fill="FFF2CC"/>
          <w:lang w:val="de-DE"/>
        </w:rPr>
        <w:t>[Straße und Hausnummer]</w:t>
      </w:r>
      <w:r>
        <w:rPr>
          <w:lang w:val="de-DE"/>
        </w:rPr>
        <w:br/>
      </w:r>
      <w:r>
        <w:rPr>
          <w:shd w:fill="FFF2CC"/>
          <w:lang w:val="de-DE"/>
        </w:rPr>
        <w:t>[Postleitzahl Ort Land]</w:t>
      </w:r>
      <w:r>
        <w:rPr>
          <w:lang w:val="de-DE"/>
        </w:rPr>
        <w:br/>
      </w:r>
      <w:r>
        <w:rPr>
          <w:shd w:fill="FFF2CC"/>
          <w:lang w:val="de-DE"/>
        </w:rPr>
        <w:t>[Telefon mit Ländervorwahl]</w:t>
      </w:r>
      <w:r>
        <w:rPr>
          <w:lang w:val="de-DE"/>
        </w:rPr>
        <w:t xml:space="preserve"> · </w:t>
      </w:r>
      <w:r>
        <w:rPr>
          <w:shd w:fill="FFF2CC"/>
          <w:lang w:val="de-DE"/>
        </w:rPr>
        <w:t>[E-Mail-Adresse]</w:t>
      </w:r>
      <w:r>
        <w:rPr>
          <w:lang w:val="de-DE"/>
        </w:rPr>
      </w:r>
    </w:p>
    <w:p>
      <w:pPr>
        <w:spacing w:after="160"/>
      </w:pPr>
      <w:r>
        <w:rPr>
          <w:lang w:val="de-DE"/>
        </w:rPr>
      </w:r>
      <w:r>
        <w:rPr>
          <w:shd w:fill="FFF2CC"/>
          <w:lang w:val="de-DE"/>
        </w:rPr>
        <w:t>[Name des Unternehmens]</w:t>
      </w:r>
      <w:r>
        <w:rPr>
          <w:lang w:val="de-DE"/>
        </w:rPr>
        <w:br/>
      </w:r>
      <w:r>
        <w:rPr>
          <w:shd w:fill="FFF2CC"/>
          <w:lang w:val="de-DE"/>
        </w:rPr>
        <w:t>[Ansprechperson]</w:t>
      </w:r>
      <w:r>
        <w:rPr>
          <w:lang w:val="de-DE"/>
        </w:rPr>
        <w:br/>
      </w:r>
      <w:r>
        <w:rPr>
          <w:shd w:fill="FFF2CC"/>
          <w:lang w:val="de-DE"/>
        </w:rPr>
        <w:t>[Straße und Hausnummer]</w:t>
      </w:r>
      <w:r>
        <w:rPr>
          <w:lang w:val="de-DE"/>
        </w:rPr>
        <w:br/>
      </w:r>
      <w:r>
        <w:rPr>
          <w:shd w:fill="FFF2CC"/>
          <w:lang w:val="de-DE"/>
        </w:rPr>
        <w:t>[Postleitzahl Ort]</w:t>
      </w:r>
      <w:r>
        <w:rPr>
          <w:lang w:val="de-DE"/>
        </w:rPr>
      </w:r>
    </w:p>
    <w:p>
      <w:pPr>
        <w:spacing w:after="320"/>
        <w:jc w:val="right"/>
      </w:pPr>
      <w:r>
        <w:rPr>
          <w:lang w:val="de-DE"/>
        </w:rPr>
      </w:r>
      <w:r>
        <w:rPr>
          <w:shd w:fill="FFF2CC"/>
          <w:lang w:val="de-DE"/>
        </w:rPr>
        <w:t>[Ort]</w:t>
      </w:r>
      <w:r>
        <w:rPr>
          <w:lang w:val="de-DE"/>
        </w:rPr>
        <w:t xml:space="preserve">, </w:t>
      </w:r>
      <w:r>
        <w:rPr>
          <w:shd w:fill="FFF2CC"/>
          <w:lang w:val="de-DE"/>
        </w:rPr>
        <w:t>[Versanddatum]</w:t>
      </w:r>
      <w:r>
        <w:rPr>
          <w:lang w:val="de-DE"/>
        </w:rPr>
      </w:r>
    </w:p>
    <w:p>
      <w:pPr>
        <w:pStyle w:val="Title"/>
      </w:pPr>
      <w:r>
        <w:rPr>
          <w:lang w:val="de-DE"/>
        </w:rPr>
        <w:t xml:space="preserve">Initiativbewerbung im Bereich </w:t>
      </w:r>
      <w:r>
        <w:rPr>
          <w:shd w:fill="FFF2CC"/>
          <w:lang w:val="de-DE"/>
        </w:rPr>
        <w:t>[Bereich]</w:t>
      </w:r>
      <w:r>
        <w:rPr>
          <w:lang w:val="de-DE"/>
        </w:rPr>
      </w:r>
    </w:p>
    <w:p>
      <w:pPr>
        <w:spacing w:after="280"/>
      </w:pPr>
      <w:r>
        <w:rPr>
          <w:lang w:val="de-DE"/>
        </w:rPr>
      </w:r>
      <w:r>
        <w:rPr>
          <w:shd w:fill="FFF2CC"/>
          <w:lang w:val="de-DE"/>
        </w:rPr>
        <w:t>[Kennziffer oder Referenznummer falls vorhanden]</w:t>
      </w:r>
      <w:r>
        <w:rPr>
          <w:lang w:val="de-DE"/>
        </w:rPr>
      </w:r>
    </w:p>
    <w:p>
      <w:pPr>
        <w:keepNext/>
      </w:pPr>
      <w:r>
        <w:rPr>
          <w:lang w:val="de-DE"/>
        </w:rPr>
        <w:t>Sehr geehrte Damen und Herren,</w:t>
      </w:r>
    </w:p>
    <w:p>
      <w:r>
        <w:rPr>
          <w:lang w:val="de-DE"/>
        </w:rPr>
        <w:t xml:space="preserve">für eine Tätigkeit im Bereich </w:t>
      </w:r>
      <w:r>
        <w:rPr>
          <w:shd w:fill="FFF2CC"/>
          <w:lang w:val="de-DE"/>
        </w:rPr>
        <w:t>[Bereich]</w:t>
      </w:r>
      <w:r>
        <w:rPr>
          <w:lang w:val="de-DE"/>
        </w:rPr>
        <w:t xml:space="preserve"> möchte ich mich bei Ihnen initiativ bewerben. Besonders interessiert mich </w:t>
      </w:r>
      <w:r>
        <w:rPr>
          <w:shd w:fill="FFF2CC"/>
          <w:lang w:val="de-DE"/>
        </w:rPr>
        <w:t>[konkreter Bezug zum Unternehmen]</w:t>
      </w:r>
      <w:r>
        <w:rPr>
          <w:lang w:val="de-DE"/>
        </w:rPr>
        <w:t>.</w:t>
      </w:r>
    </w:p>
    <w:p>
      <w:r>
        <w:rPr>
          <w:lang w:val="de-DE"/>
        </w:rPr>
        <w:t xml:space="preserve">Ich bringe Erfahrung in </w:t>
      </w:r>
      <w:r>
        <w:rPr>
          <w:shd w:fill="FFF2CC"/>
          <w:lang w:val="de-DE"/>
        </w:rPr>
        <w:t>[Aufgaben]</w:t>
      </w:r>
      <w:r>
        <w:rPr>
          <w:lang w:val="de-DE"/>
        </w:rPr>
        <w:t xml:space="preserve"> mit. Zu meinen Stärken gehören </w:t>
      </w:r>
      <w:r>
        <w:rPr>
          <w:shd w:fill="FFF2CC"/>
          <w:lang w:val="de-DE"/>
        </w:rPr>
        <w:t>[Stärke mit kurzem Beispiel]</w:t>
      </w:r>
      <w:r>
        <w:rPr>
          <w:lang w:val="de-DE"/>
        </w:rPr>
        <w:t xml:space="preserve">. Neue Arbeitsabläufe lerne ich zügig und sorgfältig. </w:t>
      </w:r>
      <w:r>
        <w:rPr>
          <w:shd w:fill="FFF2CC"/>
          <w:lang w:val="de-DE"/>
        </w:rPr>
        <w:t>[Falls zutreffend: Schicht- und Wochenendarbeit sind für mich möglich.]</w:t>
      </w:r>
      <w:r>
        <w:rPr>
          <w:lang w:val="de-DE"/>
        </w:rPr>
      </w:r>
    </w:p>
    <w:p>
      <w:pPr>
        <w:keepNext/>
      </w:pPr>
      <w:r>
        <w:rPr>
          <w:lang w:val="de-DE"/>
        </w:rPr>
        <w:t xml:space="preserve">Zurzeit bin ich auf Arbeitssuche und kann ab dem </w:t>
      </w:r>
      <w:r>
        <w:rPr>
          <w:shd w:fill="FFF2CC"/>
          <w:lang w:val="de-DE"/>
        </w:rPr>
        <w:t>[Datum]</w:t>
      </w:r>
      <w:r>
        <w:rPr>
          <w:lang w:val="de-DE"/>
        </w:rPr>
        <w:t xml:space="preserve"> beginnen. Über die Möglichkeit, mich Ihnen persönlich vorzustellen, freue ich mich.</w:t>
      </w:r>
    </w:p>
    <w:p>
      <w:pPr>
        <w:keepLines/>
        <w:spacing w:before="120"/>
      </w:pPr>
      <w:r>
        <w:rPr>
          <w:lang w:val="de-DE"/>
        </w:rPr>
        <w:t>Mit freundlichen Grüßen</w:t>
        <w:br/>
        <w:br/>
      </w:r>
      <w:r>
        <w:rPr>
          <w:shd w:fill="FFF2CC"/>
          <w:lang w:val="de-DE"/>
        </w:rPr>
        <w:t>[Vorname Nachname]</w:t>
      </w:r>
      <w:r>
        <w:rPr>
          <w:lang w:val="de-DE"/>
        </w:rPr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Initiativbewerbung im Bereich [Bereich]</dc:title>
  <dc:subject>Aplikacja z własnej inicjatywy</dc:subject>
  <dc:creator>Dojczland.info</dc:creator>
  <cp:keywords>Anschreiben Bewerbung Muster Vorlage Deutsch</cp:keywords>
  <dc:description/>
  <cp:lastModifiedBy>Dojczland.info</cp:lastModifiedBy>
  <cp:revision>1</cp:revision>
  <dcterms:created xsi:type="dcterms:W3CDTF">2013-12-23T23:15:00Z</dcterms:created>
  <dcterms:modified xsi:type="dcterms:W3CDTF">2013-12-23T23:15:00Z</dcterms:modified>
  <cp:category/>
</cp:coreProperties>
</file>