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lang w:val="de-DE"/>
        </w:rPr>
      </w:r>
      <w:r>
        <w:rPr>
          <w:shd w:fill="FFF2CC"/>
          <w:lang w:val="de-DE"/>
        </w:rPr>
        <w:t>[Vorname Nachname]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 Land]</w:t>
      </w:r>
      <w:r>
        <w:rPr>
          <w:lang w:val="de-DE"/>
        </w:rPr>
        <w:br/>
      </w:r>
      <w:r>
        <w:rPr>
          <w:shd w:fill="FFF2CC"/>
          <w:lang w:val="de-DE"/>
        </w:rPr>
        <w:t>[Telefon mit Ländervorwahl]</w:t>
      </w:r>
      <w:r>
        <w:rPr>
          <w:lang w:val="de-DE"/>
        </w:rPr>
        <w:t xml:space="preserve"> · </w:t>
      </w:r>
      <w:r>
        <w:rPr>
          <w:shd w:fill="FFF2CC"/>
          <w:lang w:val="de-DE"/>
        </w:rPr>
        <w:t>[E-Mail-Adresse]</w:t>
      </w:r>
      <w:r>
        <w:rPr>
          <w:lang w:val="de-DE"/>
        </w:rPr>
      </w:r>
    </w:p>
    <w:p>
      <w:pPr>
        <w:spacing w:after="160"/>
      </w:pPr>
      <w:r>
        <w:rPr>
          <w:lang w:val="de-DE"/>
        </w:rPr>
      </w:r>
      <w:r>
        <w:rPr>
          <w:shd w:fill="FFF2CC"/>
          <w:lang w:val="de-DE"/>
        </w:rPr>
        <w:t>[Name des Unternehmens]</w:t>
      </w:r>
      <w:r>
        <w:rPr>
          <w:lang w:val="de-DE"/>
        </w:rPr>
        <w:br/>
      </w:r>
      <w:r>
        <w:rPr>
          <w:shd w:fill="FFF2CC"/>
          <w:lang w:val="de-DE"/>
        </w:rPr>
        <w:t>[Ansprechperson]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Ort]</w:t>
      </w:r>
      <w:r>
        <w:rPr>
          <w:lang w:val="de-DE"/>
        </w:rPr>
      </w:r>
    </w:p>
    <w:p>
      <w:pPr>
        <w:spacing w:after="320"/>
        <w:jc w:val="right"/>
      </w:pPr>
      <w:r>
        <w:rPr>
          <w:lang w:val="de-DE"/>
        </w:rPr>
      </w:r>
      <w:r>
        <w:rPr>
          <w:shd w:fill="FFF2CC"/>
          <w:lang w:val="de-DE"/>
        </w:rPr>
        <w:t>[Ort]</w:t>
      </w:r>
      <w:r>
        <w:rPr>
          <w:lang w:val="de-DE"/>
        </w:rPr>
        <w:t xml:space="preserve">, </w:t>
      </w:r>
      <w:r>
        <w:rPr>
          <w:shd w:fill="FFF2CC"/>
          <w:lang w:val="de-DE"/>
        </w:rPr>
        <w:t>[Versanddatum]</w:t>
      </w:r>
      <w:r>
        <w:rPr>
          <w:lang w:val="de-DE"/>
        </w:rPr>
      </w:r>
    </w:p>
    <w:p>
      <w:pPr>
        <w:pStyle w:val="Title"/>
      </w:pPr>
      <w:r>
        <w:rPr>
          <w:lang w:val="de-DE"/>
        </w:rPr>
        <w:t>Bewerbung als Altenpflegerin in Teilzeit</w:t>
      </w:r>
    </w:p>
    <w:p>
      <w:pPr>
        <w:spacing w:after="280"/>
      </w:pPr>
      <w:r>
        <w:rPr>
          <w:lang w:val="de-DE"/>
        </w:rPr>
      </w:r>
      <w:r>
        <w:rPr>
          <w:shd w:fill="FFF2CC"/>
          <w:lang w:val="de-DE"/>
        </w:rPr>
        <w:t>[Kennziffer oder Referenznummer falls vorhanden]</w:t>
      </w:r>
      <w:r>
        <w:rPr>
          <w:lang w:val="de-DE"/>
        </w:rPr>
      </w:r>
    </w:p>
    <w:p>
      <w:pPr>
        <w:keepNext/>
      </w:pPr>
      <w:r>
        <w:rPr>
          <w:lang w:val="de-DE"/>
        </w:rPr>
        <w:t xml:space="preserve">Sehr geehrte Frau </w:t>
      </w:r>
      <w:r>
        <w:rPr>
          <w:shd w:fill="FFF2CC"/>
          <w:lang w:val="de-DE"/>
        </w:rPr>
        <w:t>[Nachname]</w:t>
      </w:r>
      <w:r>
        <w:rPr>
          <w:lang w:val="de-DE"/>
        </w:rPr>
        <w:t>,</w:t>
      </w:r>
    </w:p>
    <w:p>
      <w:r>
        <w:rPr>
          <w:lang w:val="de-DE"/>
        </w:rPr>
        <w:t xml:space="preserve">Ihre ausgeschriebene Teilzeitstelle als Altenpflegerin passt zu meiner Qualifikation und Berufserfahrung. Ich bin examinierte Altenpflegerin und war zuletzt in </w:t>
      </w:r>
      <w:r>
        <w:rPr>
          <w:shd w:fill="FFF2CC"/>
          <w:lang w:val="de-DE"/>
        </w:rPr>
        <w:t>[Einrichtung]</w:t>
      </w:r>
      <w:r>
        <w:rPr>
          <w:lang w:val="de-DE"/>
        </w:rPr>
        <w:t xml:space="preserve"> tätig. </w:t>
      </w:r>
      <w:r>
        <w:rPr>
          <w:shd w:fill="FFF2CC"/>
          <w:lang w:val="de-DE"/>
        </w:rPr>
        <w:t>[Bei ausländischem Abschluss: Meine Berufsqualifikation ist in Deutschland als [Bezeichnung]</w:t>
      </w:r>
      <w:r>
        <w:rPr>
          <w:lang w:val="de-DE"/>
        </w:rPr>
        <w:t xml:space="preserve"> anerkannt.]</w:t>
      </w:r>
    </w:p>
    <w:p>
      <w:r>
        <w:rPr>
          <w:lang w:val="de-DE"/>
        </w:rPr>
        <w:t xml:space="preserve">Ich habe Erfahrung in der Grundpflege sowie in den pflegerischen Maßnahmen, für die ich qualifiziert und eingesetzt bin, darunter </w:t>
      </w:r>
      <w:r>
        <w:rPr>
          <w:shd w:fill="FFF2CC"/>
          <w:lang w:val="de-DE"/>
        </w:rPr>
        <w:t>[konkrete Maßnahmen, gegebenenfalls Versorgung bei PEG-Sonde]</w:t>
      </w:r>
      <w:r>
        <w:rPr>
          <w:lang w:val="de-DE"/>
        </w:rPr>
        <w:t>. Dabei sind mir eine sorgfältige Dokumentation und die Abstimmung im Pflegeteam wichtig.</w:t>
      </w:r>
    </w:p>
    <w:p>
      <w:r>
        <w:rPr>
          <w:lang w:val="de-DE"/>
        </w:rPr>
        <w:t>Seniorinnen und Senioren unterstütze ich dabei, ihren Alltag möglichst selbstständig zu gestalten. Ich arbeite verantwortungsbewusst, gehe auf individuelle Bedürfnisse ein und interessiere mich für pflegefachliche Weiterentwicklungen.</w:t>
      </w:r>
    </w:p>
    <w:p>
      <w:r>
        <w:rPr>
          <w:lang w:val="de-DE"/>
        </w:rPr>
        <w:t xml:space="preserve">Während meiner Elternzeit habe ich Fortbildungen in </w:t>
      </w:r>
      <w:r>
        <w:rPr>
          <w:shd w:fill="FFF2CC"/>
          <w:lang w:val="de-DE"/>
        </w:rPr>
        <w:t>[tatsächlich absolvierte Themen, zum Beispiel Sterbebegleitung, basale Stimulation oder Kinästhetik]</w:t>
      </w:r>
      <w:r>
        <w:rPr>
          <w:lang w:val="de-DE"/>
        </w:rPr>
        <w:t xml:space="preserve"> besucht. Nach dieser Pause möchte ich ab dem </w:t>
      </w:r>
      <w:r>
        <w:rPr>
          <w:shd w:fill="FFF2CC"/>
          <w:lang w:val="de-DE"/>
        </w:rPr>
        <w:t>[Datum]</w:t>
      </w:r>
      <w:r>
        <w:rPr>
          <w:lang w:val="de-DE"/>
        </w:rPr>
        <w:t xml:space="preserve"> mit </w:t>
      </w:r>
      <w:r>
        <w:rPr>
          <w:shd w:fill="FFF2CC"/>
          <w:lang w:val="de-DE"/>
        </w:rPr>
        <w:t>[Stunden]</w:t>
      </w:r>
      <w:r>
        <w:rPr>
          <w:lang w:val="de-DE"/>
        </w:rPr>
        <w:t xml:space="preserve"> Wochenstunden wieder einsteigen.</w:t>
      </w:r>
    </w:p>
    <w:p>
      <w:pPr>
        <w:keepNext/>
      </w:pPr>
      <w:r>
        <w:rPr>
          <w:lang w:val="de-DE"/>
        </w:rPr>
        <w:t>Über ein persönliches Gespräch freue ich mich.</w:t>
      </w:r>
    </w:p>
    <w:p>
      <w:pPr>
        <w:keepLines/>
        <w:spacing w:before="120"/>
      </w:pPr>
      <w:r>
        <w:rPr>
          <w:lang w:val="de-DE"/>
        </w:rPr>
        <w:t>Mit freundlichen Grüßen</w:t>
        <w:br/>
        <w:br/>
      </w:r>
      <w:r>
        <w:rPr>
          <w:shd w:fill="FFF2CC"/>
          <w:lang w:val="de-DE"/>
        </w:rPr>
        <w:t>[Vorname Nachname]</w:t>
      </w:r>
      <w:r>
        <w:rPr>
          <w:lang w:val="de-DE"/>
        </w:rPr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als Altenpflegerin in Teilzeit</dc:title>
  <dc:subject>Altenpflegerin na część etatu</dc:subject>
  <dc:creator>Dojczland.info</dc:creator>
  <cp:keywords>Anschreiben Bewerbung Muster Vorlage Deutsch</cp:keywords>
  <dc:description/>
  <cp:lastModifiedBy>Dojczland.info</cp:lastModifiedBy>
  <cp:revision>1</cp:revision>
  <dcterms:created xsi:type="dcterms:W3CDTF">2013-12-23T23:15:00Z</dcterms:created>
  <dcterms:modified xsi:type="dcterms:W3CDTF">2013-12-23T23:15:00Z</dcterms:modified>
  <cp:category/>
</cp:coreProperties>
</file>